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מפריז לצנעא – השכלה בארצות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מדוע ההשכלה בארצות האסלאם הגיעה מבחוץ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פעילות בתי הספר של כל ישראל חברים ואת היחס החצוי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בדרך מאוזנת את המחלוקת בקהילת תימן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הכריזו עליו חרם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הרמב״ם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הרב יחיא יצחק הלוי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צרפתית, חשבון ומדעים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ההשכלה הגיעה מבחוץ, בעיקר דרך כי״ח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היו כיתות גם 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היה יחס חצוי, ובג׳רבה אף הוכרז חרם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זיקה ארוכת שנים לפסיקת הרמב״ם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שני הרבנים כיבדו זה את זה למרות המחלוקת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תאריך מתועד בסרטון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הרמב״ם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יצחק הלוי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(ארגון מיהודי צרפת שהקים בתי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(ראש 'דור דעה' בצנעא)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(שמר על מסורת הקבלה)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שבו הוכרז חרם)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(שנת פתיחת בית הספר הראשון במרוקו)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ייסוד כל ישראל חברים בפריז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פתיחת בית הספר הראשון של כי״ח במרוקו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הרב יחיא קאפח עומד בראש בית ספר חדש בצנעא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המחלוקת בצנעא מגיעה לבית משפט של השלטון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אין תנועת השכלה פנימית מקבילה לאירופה; הרעיונות הגיעו דרך השפעה אירופית וארגון כי״ח שהקים בתי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דור דעה ביקש לשוב לדרך הרמב״ם; רוב החכמים דבקו במסורת הקבלה; שני הצדדים כיבדו זה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באירופה - תנועה פנימית שצמחה מתוך הקהילה; בארצות האסלאם - רעיונות שהגיעו מבחוץ דרך ארגונים כמו כי״ח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שתכלול: צרפתית, חשבון, מדעים, שפות, מלאכה, לצד לימודי קודש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 שתזכיר את המסורת הרמב״מית שיצרה קרקע מוכנה לחלק מהרעיונות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מקובלת, כל עוד מבטאת איזון בין חדש לישן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התרחיש מ-1880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שהמחלוקת בתימן הייתה 'לשם שמיים' ולא פגעה בכבוד ההדדי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לתת דוגמה אישית או היסטורית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מפריז לצנעא – השכלה בארצות האסלאם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יהודים מצרפת פתחו בתי ספר בארצות האסלאם. למדו שם צרפתית, חשבון ומדעים. היו שאהבו את זה ויו שפחדו. בתימן היה ויכוח גדול בין חכמים, אבל הם כיבדו זה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 ישראל חברים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ארגון מפריז (1860) שהקים בתי ספר ליהודי ארצות האסלאם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 מבחוץ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רעיונות שהגיעו מהשפעה אירופית ולא מתנועה פנימית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התרחקות מאורח חיים דתי, חשש מרכזי של רבנים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צעד של הרחקה ונידוי קהילתי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חוג בתימן שביקש לשוב לדרך הרמב״ם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 רמב״מית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זיקה ארוכת שנים של יהודי תימן לפסיקת הרמב״ם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מחלוקת לשם שמיים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ויכוח מתוך כוונה טובה ולא מתוך פגיעה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קמה כי״ח?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1789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1860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נפתח בית הספר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בתורכיה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הגיבו רבני ג׳רבה לבית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 לו בניין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הכריזו עליו חרם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שלחו אליו את כל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ביקשו ממנו מורים נוספים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 מי רצו אנשי דור דעה ללמוד?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רש״י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הרמב״ם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רמב״ן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התנגד לשינויים?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 יחיא קאפח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יחיא יצחק הלוי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משה מונטיפיורי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אדולף כרמיה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עוד למדו בבתי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צרפתית, חשבון ומדעים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מלאכה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בארצות האסלאם קמה תנועת השכלה פנימית כמו בגרמניה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בבתי הספר של כי״ח למדו גם בנות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הקהילות קיבלו בשמחה את בתי הספר של כי״ח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בתימן הייתה מסורת רמב״מית שיצרה קרקע מוכנה לחלק מרעיונות ההשכלה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יחיא קאפח והרב יחיא יצחק הלוי לא כיבדו זה את 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המחלוקת בצנעא הגיעה לבית משפט של השלטון בשנת 1914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ישראל חברים נוסדה בפריז בשנת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בית הספר הראשון של כי״ח נפתח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רבני ג׳רבה הכריזו __________ על בית הספר של כי״ח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אנשי 'דור דעה' ביקשו לשוב לדרכו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החשש המרכזי של רבנים מבתי הספר המודרניים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הרב הראשי של יהודי תימן, שהתנגד לשינויים, היה הרב יחיא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 ישראל חברים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ראש 'דור דעה' בצנעא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 יחיא קאפח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שבו הוכרז חרם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הרב יחיא יצחק הלוי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ארגון מיהודי צרפת שהקים בתי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ג׳רבה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שנת פתיחת בית הספר הראשון במרוקו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5. 1862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שמר על מסורת הקבלה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המחלוקת בצנעא מגיעה לבית משפט של השלטון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יחיא קאפח עומד בראש בית ספר חדש בצנעא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פתיחת בית הספר הראשון של כי״ח במרוקו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ייסוד כל ישראל חברים בפריז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ההשכלה הגיעה ליהודי ארצות האסלאם 'מבחוץ' ולא כתנועה פנימית.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הציגו את שתי העמדות העיקריות במחלוקת בתימן, וכתבו משפט המבטא כבוד הדדי בין הצדדים.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בין ההשכלה באירופה להשכלה בארצות האסלאם לפי מקור הרעיונות ונושאי השינוי.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למדו בבתי הספר של כל ישראל חברים?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ייחד את המפגש של יהודי תימן עם רעיונות ההשכלה?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אחד: איך מקבלים את החדש בלי לאבד את מה שיקר לנו?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מפריז לצנעא – השכלה בארצות האסלאם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